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Chikwendu Chiamaka Favour</w:t>
      </w:r>
    </w:p>
    <w:p>
      <w:r>
        <w:t>Email: example@example.com | Phone: +234 813-861-8540 | LinkedIn: linkedin.com/in/chiamakafavour</w:t>
      </w:r>
    </w:p>
    <w:p>
      <w:pPr>
        <w:pStyle w:val="Heading2"/>
      </w:pPr>
      <w:r>
        <w:t>Professional Summary</w:t>
      </w:r>
    </w:p>
    <w:p>
      <w:r>
        <w:t>Dedicated and skilled writer with expertise in creative, content, and SEO writing. Specializes in crafting engaging and impactful content that aligns with client goals and resonates with audiences. Committed to originality, quality, and timely delivery, ensuring exceptional results for every project.</w:t>
      </w:r>
    </w:p>
    <w:p>
      <w:pPr>
        <w:pStyle w:val="Heading2"/>
      </w:pPr>
      <w:r>
        <w:t>Key Skills</w:t>
      </w:r>
    </w:p>
    <w:p>
      <w:r>
        <w:t>• Creative Writing</w:t>
        <w:br/>
        <w:t>• Content Writing</w:t>
        <w:br/>
        <w:t>• SEO Writing</w:t>
        <w:br/>
        <w:t>• Copywriting</w:t>
        <w:br/>
        <w:t>• Blog Writing</w:t>
      </w:r>
    </w:p>
    <w:p>
      <w:pPr>
        <w:pStyle w:val="Heading2"/>
      </w:pPr>
      <w:r>
        <w:t>Professional Experience</w:t>
      </w:r>
    </w:p>
    <w:p>
      <w:r>
        <w:t>Freelance Writer</w:t>
      </w:r>
    </w:p>
    <w:p>
      <w:r>
        <w:t>Upwork, Remote | 2023 - Present</w:t>
      </w:r>
    </w:p>
    <w:p>
      <w:r>
        <w:t>• Delivered high-quality, plagiarism-free content for diverse clients.</w:t>
        <w:br/>
        <w:t>• Crafted SEO-optimized articles to improve client website traffic.</w:t>
        <w:br/>
        <w:t>• Worked on tight deadlines, maintaining quality and originality.</w:t>
      </w:r>
    </w:p>
    <w:p>
      <w:pPr>
        <w:pStyle w:val="Heading2"/>
      </w:pPr>
      <w:r>
        <w:t>Education</w:t>
      </w:r>
    </w:p>
    <w:p>
      <w:r>
        <w:t>B.Sc. Agricultural Extension</w:t>
      </w:r>
    </w:p>
    <w:p>
      <w:r>
        <w:t>University, Nigeria | Expected Graduation: 2025</w:t>
      </w:r>
    </w:p>
    <w:p>
      <w:pPr>
        <w:pStyle w:val="Heading2"/>
      </w:pPr>
      <w:r>
        <w:t>Certifications</w:t>
      </w:r>
    </w:p>
    <w:p>
      <w:r>
        <w:t>None at the moment, but open to pursuing relevant certifications.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